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D8BE9" w14:textId="77777777" w:rsidR="0064437B" w:rsidRDefault="000D3C3E">
      <w:pPr>
        <w:jc w:val="center"/>
      </w:pPr>
      <w:r>
        <w:rPr>
          <w:b/>
          <w:sz w:val="40"/>
        </w:rPr>
        <w:t>SAMMHAAVAL EDASI</w:t>
      </w:r>
    </w:p>
    <w:p w14:paraId="6DED5F6E" w14:textId="77777777" w:rsidR="0064437B" w:rsidRDefault="000D3C3E">
      <w:pPr>
        <w:jc w:val="center"/>
      </w:pPr>
      <w:r>
        <w:rPr>
          <w:b/>
          <w:sz w:val="30"/>
        </w:rPr>
        <w:t>Teenuste hinnakiri 2027</w:t>
      </w:r>
    </w:p>
    <w:p w14:paraId="4672ED7B" w14:textId="77777777" w:rsidR="0064437B" w:rsidRDefault="000D3C3E">
      <w:pPr>
        <w:jc w:val="center"/>
      </w:pPr>
      <w:r>
        <w:rPr>
          <w:i/>
        </w:rPr>
        <w:t>Loomateraapia • mänguteraapia • kogemusnõustamine • loomadega toetavad tegevused</w:t>
      </w:r>
    </w:p>
    <w:p w14:paraId="420D5E87" w14:textId="77777777" w:rsidR="0064437B" w:rsidRDefault="000D3C3E">
      <w:r>
        <w:rPr>
          <w:b/>
          <w:sz w:val="26"/>
        </w:rPr>
        <w:t>Individuaalteenused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64437B" w14:paraId="6A1C3056" w14:textId="77777777">
        <w:trPr>
          <w:jc w:val="center"/>
        </w:trPr>
        <w:tc>
          <w:tcPr>
            <w:tcW w:w="3324" w:type="dxa"/>
          </w:tcPr>
          <w:p w14:paraId="15F02887" w14:textId="77777777" w:rsidR="0064437B" w:rsidRDefault="000D3C3E">
            <w:r>
              <w:rPr>
                <w:b/>
              </w:rPr>
              <w:t>Teenus</w:t>
            </w:r>
          </w:p>
        </w:tc>
        <w:tc>
          <w:tcPr>
            <w:tcW w:w="3324" w:type="dxa"/>
          </w:tcPr>
          <w:p w14:paraId="394F8175" w14:textId="77777777" w:rsidR="0064437B" w:rsidRDefault="000D3C3E">
            <w:r>
              <w:rPr>
                <w:b/>
              </w:rPr>
              <w:t>Kestus</w:t>
            </w:r>
          </w:p>
        </w:tc>
        <w:tc>
          <w:tcPr>
            <w:tcW w:w="3324" w:type="dxa"/>
          </w:tcPr>
          <w:p w14:paraId="3A264B1B" w14:textId="77777777" w:rsidR="0064437B" w:rsidRDefault="000D3C3E">
            <w:r>
              <w:rPr>
                <w:b/>
              </w:rPr>
              <w:t>Hind</w:t>
            </w:r>
          </w:p>
        </w:tc>
      </w:tr>
      <w:tr w:rsidR="0064437B" w14:paraId="15D041CA" w14:textId="77777777">
        <w:trPr>
          <w:jc w:val="center"/>
        </w:trPr>
        <w:tc>
          <w:tcPr>
            <w:tcW w:w="3324" w:type="dxa"/>
          </w:tcPr>
          <w:p w14:paraId="567731CD" w14:textId="77777777" w:rsidR="0064437B" w:rsidRDefault="000D3C3E">
            <w:r>
              <w:t>Loomateraapia teraapiaruumis</w:t>
            </w:r>
          </w:p>
        </w:tc>
        <w:tc>
          <w:tcPr>
            <w:tcW w:w="3324" w:type="dxa"/>
          </w:tcPr>
          <w:p w14:paraId="35BE6827" w14:textId="0FB85E2D" w:rsidR="0064437B" w:rsidRDefault="007C5ADB">
            <w:r>
              <w:t>45-</w:t>
            </w:r>
            <w:r w:rsidR="000D3C3E">
              <w:t>60 min</w:t>
            </w:r>
          </w:p>
        </w:tc>
        <w:tc>
          <w:tcPr>
            <w:tcW w:w="3324" w:type="dxa"/>
          </w:tcPr>
          <w:p w14:paraId="64AE8279" w14:textId="77777777" w:rsidR="0064437B" w:rsidRDefault="000D3C3E">
            <w:r>
              <w:t>35 €</w:t>
            </w:r>
          </w:p>
        </w:tc>
      </w:tr>
      <w:tr w:rsidR="0064437B" w14:paraId="18FEC928" w14:textId="77777777">
        <w:trPr>
          <w:jc w:val="center"/>
        </w:trPr>
        <w:tc>
          <w:tcPr>
            <w:tcW w:w="3324" w:type="dxa"/>
          </w:tcPr>
          <w:p w14:paraId="71789016" w14:textId="77777777" w:rsidR="0064437B" w:rsidRDefault="000D3C3E">
            <w:r>
              <w:t>Mänguteraapia teraapiaruumis</w:t>
            </w:r>
          </w:p>
        </w:tc>
        <w:tc>
          <w:tcPr>
            <w:tcW w:w="3324" w:type="dxa"/>
          </w:tcPr>
          <w:p w14:paraId="393C948D" w14:textId="23267394" w:rsidR="0064437B" w:rsidRDefault="007C5ADB">
            <w:r>
              <w:t>45-</w:t>
            </w:r>
            <w:r w:rsidR="000D3C3E">
              <w:t>60 min</w:t>
            </w:r>
          </w:p>
        </w:tc>
        <w:tc>
          <w:tcPr>
            <w:tcW w:w="3324" w:type="dxa"/>
          </w:tcPr>
          <w:p w14:paraId="641BC91A" w14:textId="77777777" w:rsidR="0064437B" w:rsidRDefault="000D3C3E">
            <w:r>
              <w:t>35 €</w:t>
            </w:r>
          </w:p>
        </w:tc>
      </w:tr>
      <w:tr w:rsidR="0064437B" w14:paraId="633E6D42" w14:textId="77777777">
        <w:trPr>
          <w:jc w:val="center"/>
        </w:trPr>
        <w:tc>
          <w:tcPr>
            <w:tcW w:w="3324" w:type="dxa"/>
          </w:tcPr>
          <w:p w14:paraId="6FAFD175" w14:textId="77777777" w:rsidR="0064437B" w:rsidRDefault="000D3C3E">
            <w:proofErr w:type="spellStart"/>
            <w:r>
              <w:t>Kogemusnõustamine</w:t>
            </w:r>
            <w:proofErr w:type="spellEnd"/>
          </w:p>
        </w:tc>
        <w:tc>
          <w:tcPr>
            <w:tcW w:w="3324" w:type="dxa"/>
          </w:tcPr>
          <w:p w14:paraId="47036A78" w14:textId="70C64F90" w:rsidR="0064437B" w:rsidRDefault="007C5ADB">
            <w:r>
              <w:t>45-</w:t>
            </w:r>
            <w:r w:rsidR="000D3C3E">
              <w:t>60 min</w:t>
            </w:r>
          </w:p>
        </w:tc>
        <w:tc>
          <w:tcPr>
            <w:tcW w:w="3324" w:type="dxa"/>
          </w:tcPr>
          <w:p w14:paraId="691845E6" w14:textId="6ADA26CD" w:rsidR="0064437B" w:rsidRDefault="00147C4F">
            <w:r>
              <w:t>35</w:t>
            </w:r>
            <w:r w:rsidR="000D3C3E">
              <w:t xml:space="preserve"> €</w:t>
            </w:r>
          </w:p>
        </w:tc>
      </w:tr>
    </w:tbl>
    <w:p w14:paraId="742ABC7D" w14:textId="77777777" w:rsidR="007C5ADB" w:rsidRDefault="007C5ADB">
      <w:pPr>
        <w:rPr>
          <w:b/>
        </w:rPr>
      </w:pPr>
    </w:p>
    <w:p w14:paraId="28B15953" w14:textId="29FD441C" w:rsidR="0064437B" w:rsidRDefault="000D3C3E">
      <w:proofErr w:type="spellStart"/>
      <w:r>
        <w:rPr>
          <w:b/>
          <w:sz w:val="26"/>
        </w:rPr>
        <w:t>Loomateraapia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kliendi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kodus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0"/>
        <w:gridCol w:w="3321"/>
      </w:tblGrid>
      <w:tr w:rsidR="0064437B" w14:paraId="64AF2AFC" w14:textId="77777777">
        <w:trPr>
          <w:jc w:val="center"/>
        </w:trPr>
        <w:tc>
          <w:tcPr>
            <w:tcW w:w="3324" w:type="dxa"/>
          </w:tcPr>
          <w:p w14:paraId="36BC7D20" w14:textId="77777777" w:rsidR="0064437B" w:rsidRDefault="000D3C3E">
            <w:r>
              <w:rPr>
                <w:b/>
              </w:rPr>
              <w:t>Teenus</w:t>
            </w:r>
          </w:p>
        </w:tc>
        <w:tc>
          <w:tcPr>
            <w:tcW w:w="3324" w:type="dxa"/>
          </w:tcPr>
          <w:p w14:paraId="78190266" w14:textId="77777777" w:rsidR="0064437B" w:rsidRDefault="000D3C3E">
            <w:r>
              <w:rPr>
                <w:b/>
              </w:rPr>
              <w:t>Kestus</w:t>
            </w:r>
          </w:p>
        </w:tc>
        <w:tc>
          <w:tcPr>
            <w:tcW w:w="3324" w:type="dxa"/>
          </w:tcPr>
          <w:p w14:paraId="727DF1B9" w14:textId="77777777" w:rsidR="0064437B" w:rsidRDefault="000D3C3E">
            <w:r>
              <w:rPr>
                <w:b/>
              </w:rPr>
              <w:t>Hind</w:t>
            </w:r>
          </w:p>
        </w:tc>
      </w:tr>
      <w:tr w:rsidR="0064437B" w14:paraId="3BB97092" w14:textId="77777777">
        <w:trPr>
          <w:jc w:val="center"/>
        </w:trPr>
        <w:tc>
          <w:tcPr>
            <w:tcW w:w="3324" w:type="dxa"/>
          </w:tcPr>
          <w:p w14:paraId="2F10EB3A" w14:textId="77777777" w:rsidR="0064437B" w:rsidRDefault="000D3C3E">
            <w:r>
              <w:t>Loomateraapia kliendi kodus</w:t>
            </w:r>
          </w:p>
        </w:tc>
        <w:tc>
          <w:tcPr>
            <w:tcW w:w="3324" w:type="dxa"/>
          </w:tcPr>
          <w:p w14:paraId="371CD634" w14:textId="2FF17038" w:rsidR="0064437B" w:rsidRDefault="007C5ADB">
            <w:r>
              <w:t>45-</w:t>
            </w:r>
            <w:r w:rsidR="000D3C3E">
              <w:t>60 min</w:t>
            </w:r>
          </w:p>
        </w:tc>
        <w:tc>
          <w:tcPr>
            <w:tcW w:w="3324" w:type="dxa"/>
          </w:tcPr>
          <w:p w14:paraId="68526354" w14:textId="0F4EDD39" w:rsidR="0064437B" w:rsidRDefault="00147C4F">
            <w:r>
              <w:t xml:space="preserve">50 € + </w:t>
            </w:r>
            <w:proofErr w:type="spellStart"/>
            <w:r>
              <w:t>sõidukulu</w:t>
            </w:r>
            <w:proofErr w:type="spellEnd"/>
          </w:p>
        </w:tc>
      </w:tr>
    </w:tbl>
    <w:p w14:paraId="73E67D9C" w14:textId="5F898289" w:rsidR="0064437B" w:rsidRDefault="000D3C3E">
      <w:proofErr w:type="spellStart"/>
      <w:r>
        <w:rPr>
          <w:b/>
        </w:rPr>
        <w:t>Sõidukulu</w:t>
      </w:r>
      <w:proofErr w:type="spellEnd"/>
      <w:r>
        <w:rPr>
          <w:b/>
        </w:rPr>
        <w:t xml:space="preserve">: </w:t>
      </w:r>
      <w:r>
        <w:t xml:space="preserve">Elva ja </w:t>
      </w:r>
      <w:proofErr w:type="spellStart"/>
      <w:r>
        <w:t>lähiümbruses</w:t>
      </w:r>
      <w:proofErr w:type="spellEnd"/>
      <w:r>
        <w:t xml:space="preserve"> on sõit hinna sees. </w:t>
      </w:r>
    </w:p>
    <w:p w14:paraId="4B5F22B1" w14:textId="77777777" w:rsidR="0064437B" w:rsidRDefault="000D3C3E">
      <w:proofErr w:type="spellStart"/>
      <w:r>
        <w:rPr>
          <w:b/>
          <w:sz w:val="26"/>
        </w:rPr>
        <w:t>Teenused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haridus</w:t>
      </w:r>
      <w:proofErr w:type="spellEnd"/>
      <w:r>
        <w:rPr>
          <w:b/>
          <w:sz w:val="26"/>
        </w:rPr>
        <w:t xml:space="preserve">- ja </w:t>
      </w:r>
      <w:proofErr w:type="spellStart"/>
      <w:r>
        <w:rPr>
          <w:b/>
          <w:sz w:val="26"/>
        </w:rPr>
        <w:t>hoolekandeasutustele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2"/>
        <w:gridCol w:w="3320"/>
        <w:gridCol w:w="3320"/>
      </w:tblGrid>
      <w:tr w:rsidR="0064437B" w14:paraId="60347B05" w14:textId="77777777">
        <w:trPr>
          <w:jc w:val="center"/>
        </w:trPr>
        <w:tc>
          <w:tcPr>
            <w:tcW w:w="3324" w:type="dxa"/>
          </w:tcPr>
          <w:p w14:paraId="1BC2AD1B" w14:textId="77777777" w:rsidR="0064437B" w:rsidRDefault="000D3C3E">
            <w:r>
              <w:rPr>
                <w:b/>
              </w:rPr>
              <w:t>Teenus</w:t>
            </w:r>
          </w:p>
        </w:tc>
        <w:tc>
          <w:tcPr>
            <w:tcW w:w="3324" w:type="dxa"/>
          </w:tcPr>
          <w:p w14:paraId="16779F41" w14:textId="77777777" w:rsidR="0064437B" w:rsidRDefault="000D3C3E">
            <w:r>
              <w:rPr>
                <w:b/>
              </w:rPr>
              <w:t>Kestus</w:t>
            </w:r>
          </w:p>
        </w:tc>
        <w:tc>
          <w:tcPr>
            <w:tcW w:w="3324" w:type="dxa"/>
          </w:tcPr>
          <w:p w14:paraId="06254E2B" w14:textId="77777777" w:rsidR="0064437B" w:rsidRDefault="000D3C3E">
            <w:r>
              <w:rPr>
                <w:b/>
              </w:rPr>
              <w:t>Hind</w:t>
            </w:r>
          </w:p>
        </w:tc>
      </w:tr>
      <w:tr w:rsidR="0064437B" w14:paraId="09B305BE" w14:textId="77777777">
        <w:trPr>
          <w:jc w:val="center"/>
        </w:trPr>
        <w:tc>
          <w:tcPr>
            <w:tcW w:w="3324" w:type="dxa"/>
          </w:tcPr>
          <w:p w14:paraId="58605FE2" w14:textId="4A974327" w:rsidR="0064437B" w:rsidRDefault="00147C4F">
            <w:proofErr w:type="spellStart"/>
            <w:r>
              <w:t>Teraapialoomade</w:t>
            </w:r>
            <w:proofErr w:type="spellEnd"/>
            <w:r>
              <w:t xml:space="preserve"> </w:t>
            </w:r>
            <w:proofErr w:type="spellStart"/>
            <w:r>
              <w:t>tutvustus</w:t>
            </w:r>
            <w:proofErr w:type="spellEnd"/>
            <w:r>
              <w:t xml:space="preserve"> </w:t>
            </w:r>
            <w:proofErr w:type="spellStart"/>
            <w:r>
              <w:t>lasteaias</w:t>
            </w:r>
            <w:proofErr w:type="spellEnd"/>
          </w:p>
        </w:tc>
        <w:tc>
          <w:tcPr>
            <w:tcW w:w="3324" w:type="dxa"/>
          </w:tcPr>
          <w:p w14:paraId="044B3E9E" w14:textId="04330930" w:rsidR="0064437B" w:rsidRDefault="00147C4F">
            <w:r>
              <w:t xml:space="preserve">30-45 min </w:t>
            </w:r>
            <w:proofErr w:type="spellStart"/>
            <w:r>
              <w:t>rühm</w:t>
            </w:r>
            <w:proofErr w:type="spellEnd"/>
            <w:r>
              <w:t>/</w:t>
            </w:r>
            <w:proofErr w:type="spellStart"/>
            <w:r>
              <w:t>grupp</w:t>
            </w:r>
            <w:proofErr w:type="spellEnd"/>
          </w:p>
        </w:tc>
        <w:tc>
          <w:tcPr>
            <w:tcW w:w="3324" w:type="dxa"/>
          </w:tcPr>
          <w:p w14:paraId="2A0E15DE" w14:textId="4DE04326" w:rsidR="0064437B" w:rsidRDefault="00147C4F">
            <w:r>
              <w:t>5-</w:t>
            </w:r>
            <w:proofErr w:type="gramStart"/>
            <w:r>
              <w:t xml:space="preserve">7 </w:t>
            </w:r>
            <w:r>
              <w:t xml:space="preserve"> €</w:t>
            </w:r>
            <w:proofErr w:type="gramEnd"/>
            <w:r w:rsidR="007C5ADB">
              <w:t xml:space="preserve"> laps</w:t>
            </w:r>
          </w:p>
          <w:p w14:paraId="55ADDAE2" w14:textId="29E43A53" w:rsidR="00147C4F" w:rsidRDefault="00147C4F">
            <w:proofErr w:type="spellStart"/>
            <w:r>
              <w:t>Projekti</w:t>
            </w:r>
            <w:proofErr w:type="spellEnd"/>
            <w:r>
              <w:t xml:space="preserve"> </w:t>
            </w:r>
            <w:proofErr w:type="spellStart"/>
            <w:r>
              <w:t>raames</w:t>
            </w:r>
            <w:proofErr w:type="spellEnd"/>
            <w:r>
              <w:t xml:space="preserve"> hind </w:t>
            </w:r>
            <w:proofErr w:type="spellStart"/>
            <w:r>
              <w:t>kokkuleppel</w:t>
            </w:r>
            <w:proofErr w:type="spellEnd"/>
          </w:p>
        </w:tc>
      </w:tr>
      <w:tr w:rsidR="0064437B" w14:paraId="713D6159" w14:textId="77777777">
        <w:trPr>
          <w:jc w:val="center"/>
        </w:trPr>
        <w:tc>
          <w:tcPr>
            <w:tcW w:w="3324" w:type="dxa"/>
          </w:tcPr>
          <w:p w14:paraId="33F0043E" w14:textId="0BE4F8C8" w:rsidR="0064437B" w:rsidRDefault="00147C4F">
            <w:proofErr w:type="spellStart"/>
            <w:r>
              <w:t>Hoolekandeasutuses</w:t>
            </w:r>
            <w:proofErr w:type="spellEnd"/>
          </w:p>
        </w:tc>
        <w:tc>
          <w:tcPr>
            <w:tcW w:w="3324" w:type="dxa"/>
          </w:tcPr>
          <w:p w14:paraId="19DF9D89" w14:textId="70DEFF6B" w:rsidR="0064437B" w:rsidRDefault="000D3C3E">
            <w:r>
              <w:t>3</w:t>
            </w:r>
            <w:r w:rsidR="00147C4F">
              <w:t>-5</w:t>
            </w:r>
            <w:r>
              <w:t xml:space="preserve"> h </w:t>
            </w:r>
            <w:proofErr w:type="spellStart"/>
            <w:r>
              <w:t>kohapeal</w:t>
            </w:r>
            <w:proofErr w:type="spellEnd"/>
          </w:p>
        </w:tc>
        <w:tc>
          <w:tcPr>
            <w:tcW w:w="3324" w:type="dxa"/>
          </w:tcPr>
          <w:p w14:paraId="32AB5089" w14:textId="2FF74BE6" w:rsidR="0064437B" w:rsidRDefault="00147C4F">
            <w:r>
              <w:t xml:space="preserve">Hind </w:t>
            </w:r>
            <w:proofErr w:type="spellStart"/>
            <w:r>
              <w:t>kokkuleppel</w:t>
            </w:r>
            <w:proofErr w:type="spellEnd"/>
          </w:p>
        </w:tc>
      </w:tr>
    </w:tbl>
    <w:p w14:paraId="3237403A" w14:textId="77777777" w:rsidR="00147C4F" w:rsidRDefault="00147C4F"/>
    <w:p w14:paraId="78246B48" w14:textId="3D2792CB" w:rsidR="0064437B" w:rsidRDefault="000D3C3E">
      <w:proofErr w:type="spellStart"/>
      <w:r>
        <w:rPr>
          <w:b/>
          <w:sz w:val="26"/>
        </w:rPr>
        <w:t>Grupiteenus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0"/>
        <w:gridCol w:w="3321"/>
      </w:tblGrid>
      <w:tr w:rsidR="0064437B" w14:paraId="11D69080" w14:textId="77777777">
        <w:trPr>
          <w:jc w:val="center"/>
        </w:trPr>
        <w:tc>
          <w:tcPr>
            <w:tcW w:w="3324" w:type="dxa"/>
          </w:tcPr>
          <w:p w14:paraId="2834B187" w14:textId="77777777" w:rsidR="0064437B" w:rsidRDefault="000D3C3E">
            <w:r>
              <w:rPr>
                <w:b/>
              </w:rPr>
              <w:t>Teenus</w:t>
            </w:r>
          </w:p>
        </w:tc>
        <w:tc>
          <w:tcPr>
            <w:tcW w:w="3324" w:type="dxa"/>
          </w:tcPr>
          <w:p w14:paraId="088B5200" w14:textId="77777777" w:rsidR="0064437B" w:rsidRDefault="000D3C3E">
            <w:r>
              <w:rPr>
                <w:b/>
              </w:rPr>
              <w:t>Kestus</w:t>
            </w:r>
          </w:p>
        </w:tc>
        <w:tc>
          <w:tcPr>
            <w:tcW w:w="3324" w:type="dxa"/>
          </w:tcPr>
          <w:p w14:paraId="63D58830" w14:textId="77777777" w:rsidR="0064437B" w:rsidRDefault="000D3C3E">
            <w:r>
              <w:rPr>
                <w:b/>
              </w:rPr>
              <w:t>Hind</w:t>
            </w:r>
          </w:p>
        </w:tc>
      </w:tr>
      <w:tr w:rsidR="0064437B" w14:paraId="4634F671" w14:textId="77777777">
        <w:trPr>
          <w:jc w:val="center"/>
        </w:trPr>
        <w:tc>
          <w:tcPr>
            <w:tcW w:w="3324" w:type="dxa"/>
          </w:tcPr>
          <w:p w14:paraId="6F724A06" w14:textId="77777777" w:rsidR="0064437B" w:rsidRDefault="000D3C3E">
            <w:r>
              <w:t>Loomadega toetav grupitegevus</w:t>
            </w:r>
          </w:p>
        </w:tc>
        <w:tc>
          <w:tcPr>
            <w:tcW w:w="3324" w:type="dxa"/>
          </w:tcPr>
          <w:p w14:paraId="0E8ECBFB" w14:textId="77777777" w:rsidR="0064437B" w:rsidRDefault="000D3C3E">
            <w:r>
              <w:t>45 min, 2–4 last</w:t>
            </w:r>
          </w:p>
        </w:tc>
        <w:tc>
          <w:tcPr>
            <w:tcW w:w="3324" w:type="dxa"/>
          </w:tcPr>
          <w:p w14:paraId="17342325" w14:textId="2C6CB449" w:rsidR="0064437B" w:rsidRDefault="000D3C3E">
            <w:r>
              <w:t>65 €</w:t>
            </w:r>
            <w:r w:rsidR="007C5ADB">
              <w:t xml:space="preserve"> (</w:t>
            </w:r>
            <w:proofErr w:type="spellStart"/>
            <w:r w:rsidR="007C5ADB">
              <w:t>olenevalt</w:t>
            </w:r>
            <w:proofErr w:type="spellEnd"/>
            <w:r w:rsidR="007C5ADB">
              <w:t xml:space="preserve"> </w:t>
            </w:r>
            <w:proofErr w:type="spellStart"/>
            <w:r w:rsidR="007C5ADB">
              <w:t>asukohast</w:t>
            </w:r>
            <w:proofErr w:type="spellEnd"/>
            <w:r w:rsidR="007C5ADB">
              <w:t xml:space="preserve"> </w:t>
            </w:r>
            <w:proofErr w:type="spellStart"/>
            <w:r w:rsidR="007C5ADB">
              <w:t>võib</w:t>
            </w:r>
            <w:proofErr w:type="spellEnd"/>
            <w:r w:rsidR="007C5ADB">
              <w:t xml:space="preserve"> </w:t>
            </w:r>
            <w:proofErr w:type="spellStart"/>
            <w:r w:rsidR="007C5ADB">
              <w:t>lisandud</w:t>
            </w:r>
            <w:proofErr w:type="spellEnd"/>
            <w:r w:rsidR="007C5ADB">
              <w:t xml:space="preserve"> </w:t>
            </w:r>
            <w:proofErr w:type="spellStart"/>
            <w:r w:rsidR="007C5ADB">
              <w:t>sõidukulu</w:t>
            </w:r>
            <w:proofErr w:type="spellEnd"/>
            <w:r w:rsidR="007C5ADB">
              <w:t>)</w:t>
            </w:r>
          </w:p>
        </w:tc>
      </w:tr>
    </w:tbl>
    <w:p w14:paraId="21A09EEA" w14:textId="77777777" w:rsidR="007C5ADB" w:rsidRDefault="007C5ADB">
      <w:pPr>
        <w:rPr>
          <w:b/>
          <w:sz w:val="26"/>
        </w:rPr>
      </w:pPr>
    </w:p>
    <w:p w14:paraId="78DF2922" w14:textId="5A41993D" w:rsidR="0064437B" w:rsidRDefault="000D3C3E">
      <w:proofErr w:type="spellStart"/>
      <w:r>
        <w:rPr>
          <w:b/>
          <w:sz w:val="26"/>
        </w:rPr>
        <w:t>Broneeringud</w:t>
      </w:r>
      <w:proofErr w:type="spellEnd"/>
      <w:r>
        <w:rPr>
          <w:b/>
          <w:sz w:val="26"/>
        </w:rPr>
        <w:t xml:space="preserve"> ja </w:t>
      </w:r>
      <w:proofErr w:type="spellStart"/>
      <w:r>
        <w:rPr>
          <w:b/>
          <w:sz w:val="26"/>
        </w:rPr>
        <w:t>tühistamine</w:t>
      </w:r>
      <w:proofErr w:type="spellEnd"/>
    </w:p>
    <w:p w14:paraId="243A069F" w14:textId="77777777" w:rsidR="0064437B" w:rsidRDefault="000D3C3E">
      <w:pPr>
        <w:pStyle w:val="ListBullet"/>
      </w:pPr>
      <w:r>
        <w:t>Teenusele palun eelnevalt registreeruda.</w:t>
      </w:r>
    </w:p>
    <w:p w14:paraId="611CD29C" w14:textId="77777777" w:rsidR="0064437B" w:rsidRDefault="000D3C3E">
      <w:pPr>
        <w:pStyle w:val="ListBullet"/>
      </w:pPr>
      <w:r>
        <w:t>Kui kokkulepitud aega ei ole võimalik kasutada, palun anda sellest esimesel võimalusel teada.</w:t>
      </w:r>
    </w:p>
    <w:p w14:paraId="29C88423" w14:textId="77777777" w:rsidR="0064437B" w:rsidRDefault="000D3C3E">
      <w:pPr>
        <w:pStyle w:val="ListBullet"/>
      </w:pPr>
      <w:r>
        <w:t>Hilisel tühistamisel või etteteatamata jätmisel võib rakenduda kokkulepitud aja tasu.</w:t>
      </w:r>
    </w:p>
    <w:p w14:paraId="0C8207E9" w14:textId="77777777" w:rsidR="0064437B" w:rsidRDefault="000D3C3E">
      <w:r>
        <w:rPr>
          <w:b/>
          <w:sz w:val="26"/>
        </w:rPr>
        <w:t>Oluline</w:t>
      </w:r>
    </w:p>
    <w:p w14:paraId="73763D46" w14:textId="77777777" w:rsidR="0064437B" w:rsidRDefault="000D3C3E">
      <w:r>
        <w:t>Teenuse kestus ja sisu kohandatakse vastavalt kliendi vanusele, vajadustele ja valmisolekule. Loomateraapia puhul lähtun alati ka loomade heaolust ning tagan neile vajalikud puhke- ja taastumisvõimalused.</w:t>
      </w:r>
    </w:p>
    <w:p w14:paraId="1A199926" w14:textId="77777777" w:rsidR="0064437B" w:rsidRDefault="000D3C3E">
      <w:pPr>
        <w:jc w:val="center"/>
      </w:pPr>
      <w:r>
        <w:rPr>
          <w:b/>
        </w:rPr>
        <w:t>OÜ Sammhaaval Edasi</w:t>
      </w:r>
    </w:p>
    <w:p w14:paraId="412E11F2" w14:textId="2B1B25B2" w:rsidR="0064437B" w:rsidRDefault="000D3C3E" w:rsidP="007C5ADB">
      <w:pPr>
        <w:jc w:val="center"/>
      </w:pPr>
      <w:r>
        <w:t>Eveli Tsopp • 5343 6906 • eveli.tsopp@gmail.com • www.sammhaavaledasi.ee</w:t>
      </w:r>
    </w:p>
    <w:sectPr w:rsidR="0064437B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3942118">
    <w:abstractNumId w:val="8"/>
  </w:num>
  <w:num w:numId="2" w16cid:durableId="182787503">
    <w:abstractNumId w:val="6"/>
  </w:num>
  <w:num w:numId="3" w16cid:durableId="86313076">
    <w:abstractNumId w:val="5"/>
  </w:num>
  <w:num w:numId="4" w16cid:durableId="1770664908">
    <w:abstractNumId w:val="4"/>
  </w:num>
  <w:num w:numId="5" w16cid:durableId="1542867030">
    <w:abstractNumId w:val="7"/>
  </w:num>
  <w:num w:numId="6" w16cid:durableId="2057309867">
    <w:abstractNumId w:val="3"/>
  </w:num>
  <w:num w:numId="7" w16cid:durableId="1867215591">
    <w:abstractNumId w:val="2"/>
  </w:num>
  <w:num w:numId="8" w16cid:durableId="525871112">
    <w:abstractNumId w:val="1"/>
  </w:num>
  <w:num w:numId="9" w16cid:durableId="210182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C3E"/>
    <w:rsid w:val="00147C4F"/>
    <w:rsid w:val="0015074B"/>
    <w:rsid w:val="0029639D"/>
    <w:rsid w:val="00326F90"/>
    <w:rsid w:val="0064437B"/>
    <w:rsid w:val="007C5ADB"/>
    <w:rsid w:val="008515E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38E5E"/>
  <w14:defaultImageDpi w14:val="300"/>
  <w15:docId w15:val="{32FBB5BB-3A78-4945-80C0-6034E28A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Eveli Tsopp</cp:lastModifiedBy>
  <cp:revision>2</cp:revision>
  <dcterms:created xsi:type="dcterms:W3CDTF">2026-09-20T10:25:00Z</dcterms:created>
  <dcterms:modified xsi:type="dcterms:W3CDTF">2026-09-20T10:25:00Z</dcterms:modified>
  <cp:category/>
</cp:coreProperties>
</file>